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E1305D" w14:textId="4EA25E82" w:rsidR="003D5E15" w:rsidRDefault="00000000" w:rsidP="003D5E15">
      <w:pPr>
        <w:jc w:val="right"/>
        <w:rPr>
          <w:b/>
          <w:bCs/>
          <w:sz w:val="32"/>
          <w:szCs w:val="32"/>
        </w:rPr>
      </w:pPr>
      <w:r>
        <w:rPr>
          <w:b/>
          <w:noProof/>
          <w:sz w:val="32"/>
          <w:szCs w:val="32"/>
        </w:rPr>
        <w:pict w14:anchorId="3D0A61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20.9pt;height:52.3pt;visibility:visible;mso-wrap-style:square">
            <v:imagedata r:id="rId6" o:title=""/>
          </v:shape>
        </w:pict>
      </w:r>
    </w:p>
    <w:p w14:paraId="3BF70B61" w14:textId="34DBF20A" w:rsidR="00096186" w:rsidRDefault="00B04AB6" w:rsidP="00096186">
      <w:pPr>
        <w:rPr>
          <w:b/>
          <w:bCs/>
          <w:sz w:val="32"/>
          <w:szCs w:val="32"/>
        </w:rPr>
      </w:pPr>
      <w:r w:rsidRPr="0046279A">
        <w:rPr>
          <w:b/>
          <w:bCs/>
          <w:sz w:val="32"/>
          <w:szCs w:val="32"/>
        </w:rPr>
        <w:t>The Rotary Club of Cambridge Inc.</w:t>
      </w:r>
      <w:r w:rsidR="003D5E15">
        <w:rPr>
          <w:b/>
          <w:bCs/>
          <w:sz w:val="32"/>
          <w:szCs w:val="32"/>
        </w:rPr>
        <w:t xml:space="preserve"> </w:t>
      </w:r>
    </w:p>
    <w:p w14:paraId="0F7C5A5D" w14:textId="77777777" w:rsidR="005C77DC" w:rsidRPr="00096186" w:rsidRDefault="00471176">
      <w:pPr>
        <w:pStyle w:val="Heading1"/>
        <w:rPr>
          <w:sz w:val="22"/>
          <w:szCs w:val="22"/>
        </w:rPr>
      </w:pPr>
      <w:r>
        <w:rPr>
          <w:color w:val="auto"/>
          <w:sz w:val="22"/>
          <w:szCs w:val="22"/>
        </w:rPr>
        <w:t>I</w:t>
      </w:r>
      <w:r w:rsidRPr="00096186">
        <w:rPr>
          <w:color w:val="auto"/>
          <w:sz w:val="22"/>
          <w:szCs w:val="22"/>
        </w:rPr>
        <w:t>NDIVIDUAL GRANT APPLICATION FORM</w:t>
      </w:r>
    </w:p>
    <w:p w14:paraId="30A35842" w14:textId="77777777" w:rsidR="005C77DC" w:rsidRDefault="009B4845">
      <w:r>
        <w:t xml:space="preserve">(Up to $2,000 — Demonstrated </w:t>
      </w:r>
      <w:r w:rsidR="0046279A">
        <w:t>n</w:t>
      </w:r>
      <w:r>
        <w:t>eed is the Primary Consideration)</w:t>
      </w:r>
      <w:r w:rsidR="006802B6">
        <w:t xml:space="preserve"> </w:t>
      </w:r>
    </w:p>
    <w:p w14:paraId="057DB7D8" w14:textId="77777777" w:rsidR="005C77DC" w:rsidRPr="00096186" w:rsidRDefault="009B4845">
      <w:pPr>
        <w:pStyle w:val="Heading2"/>
        <w:rPr>
          <w:color w:val="auto"/>
          <w:sz w:val="22"/>
          <w:szCs w:val="22"/>
        </w:rPr>
      </w:pPr>
      <w:r w:rsidRPr="00096186">
        <w:rPr>
          <w:color w:val="auto"/>
          <w:sz w:val="22"/>
          <w:szCs w:val="22"/>
        </w:rPr>
        <w:t>1. Applicant Details</w:t>
      </w:r>
    </w:p>
    <w:p w14:paraId="4302811B" w14:textId="77777777" w:rsidR="005C77DC" w:rsidRDefault="009B4845">
      <w:r>
        <w:t>Full name:</w:t>
      </w:r>
    </w:p>
    <w:p w14:paraId="521FC605" w14:textId="77777777" w:rsidR="005C77DC" w:rsidRDefault="009B4845">
      <w:r>
        <w:t>Address:</w:t>
      </w:r>
    </w:p>
    <w:p w14:paraId="27FC8629" w14:textId="77777777" w:rsidR="005C77DC" w:rsidRDefault="009B4845">
      <w:r>
        <w:t xml:space="preserve">Email: </w:t>
      </w:r>
    </w:p>
    <w:p w14:paraId="1DB38C4B" w14:textId="77777777" w:rsidR="005C77DC" w:rsidRDefault="009B4845">
      <w:r>
        <w:t xml:space="preserve">Phone: </w:t>
      </w:r>
    </w:p>
    <w:p w14:paraId="0C19D1F8" w14:textId="77777777" w:rsidR="005C77DC" w:rsidRDefault="009B4845">
      <w:r>
        <w:t xml:space="preserve">Date of birth: </w:t>
      </w:r>
    </w:p>
    <w:p w14:paraId="5598DDD3" w14:textId="77777777" w:rsidR="005C77DC" w:rsidRDefault="009B4845">
      <w:r>
        <w:t xml:space="preserve">If under 18, parent/guardian name and contact details: </w:t>
      </w:r>
    </w:p>
    <w:p w14:paraId="6482D379" w14:textId="77777777" w:rsidR="00200B1F" w:rsidRDefault="00200B1F"/>
    <w:p w14:paraId="09F7B169" w14:textId="77777777" w:rsidR="005C77DC" w:rsidRPr="00096186" w:rsidRDefault="009B4845">
      <w:pPr>
        <w:pStyle w:val="Heading2"/>
        <w:rPr>
          <w:color w:val="auto"/>
          <w:sz w:val="22"/>
          <w:szCs w:val="22"/>
        </w:rPr>
      </w:pPr>
      <w:r w:rsidRPr="00096186">
        <w:rPr>
          <w:color w:val="auto"/>
          <w:sz w:val="22"/>
          <w:szCs w:val="22"/>
        </w:rPr>
        <w:t>2. Connection to Cambridge</w:t>
      </w:r>
    </w:p>
    <w:p w14:paraId="7E5DC48F" w14:textId="77777777" w:rsidR="005C77DC" w:rsidRDefault="009B4845">
      <w:r>
        <w:t>(Brief explanation)</w:t>
      </w:r>
    </w:p>
    <w:p w14:paraId="6E4AA3B9" w14:textId="77777777" w:rsidR="005C77DC" w:rsidRDefault="005C77DC"/>
    <w:p w14:paraId="4077E120" w14:textId="77777777" w:rsidR="00200B1F" w:rsidRDefault="00200B1F"/>
    <w:p w14:paraId="52045846" w14:textId="77777777" w:rsidR="005C77DC" w:rsidRPr="00096186" w:rsidRDefault="009B4845">
      <w:pPr>
        <w:pStyle w:val="Heading2"/>
        <w:rPr>
          <w:color w:val="auto"/>
          <w:sz w:val="22"/>
          <w:szCs w:val="22"/>
        </w:rPr>
      </w:pPr>
      <w:r w:rsidRPr="00096186">
        <w:rPr>
          <w:color w:val="auto"/>
          <w:sz w:val="22"/>
          <w:szCs w:val="22"/>
        </w:rPr>
        <w:t>3. Purpose of Grant</w:t>
      </w:r>
    </w:p>
    <w:p w14:paraId="0BBB527F" w14:textId="77777777" w:rsidR="005C77DC" w:rsidRDefault="009B4845">
      <w:r>
        <w:t>Describe the activity, programme, or need:</w:t>
      </w:r>
      <w:r w:rsidR="008B41F3">
        <w:t xml:space="preserve"> </w:t>
      </w:r>
    </w:p>
    <w:p w14:paraId="2C58762E" w14:textId="77777777" w:rsidR="005C77DC" w:rsidRDefault="005C77DC"/>
    <w:p w14:paraId="58BA8459" w14:textId="77777777" w:rsidR="00200B1F" w:rsidRDefault="00200B1F"/>
    <w:p w14:paraId="067428AC" w14:textId="77777777" w:rsidR="005C77DC" w:rsidRDefault="009B4845">
      <w:r>
        <w:t>Dates and location (if applicable):</w:t>
      </w:r>
    </w:p>
    <w:p w14:paraId="3148F5E6" w14:textId="77777777" w:rsidR="005C77DC" w:rsidRDefault="005C77DC"/>
    <w:p w14:paraId="570E40DC" w14:textId="77777777" w:rsidR="005C77DC" w:rsidRPr="00096186" w:rsidRDefault="009B4845">
      <w:pPr>
        <w:pStyle w:val="Heading2"/>
        <w:rPr>
          <w:color w:val="auto"/>
          <w:sz w:val="22"/>
          <w:szCs w:val="22"/>
        </w:rPr>
      </w:pPr>
      <w:r w:rsidRPr="00096186">
        <w:rPr>
          <w:color w:val="auto"/>
          <w:sz w:val="22"/>
          <w:szCs w:val="22"/>
        </w:rPr>
        <w:t>4. Demonstrated Need (Primary Consideration)</w:t>
      </w:r>
      <w:r w:rsidR="00A86F20">
        <w:rPr>
          <w:color w:val="auto"/>
          <w:sz w:val="22"/>
          <w:szCs w:val="22"/>
        </w:rPr>
        <w:t xml:space="preserve"> </w:t>
      </w:r>
    </w:p>
    <w:p w14:paraId="58DB1CA0" w14:textId="77777777" w:rsidR="005C77DC" w:rsidRDefault="009B4845">
      <w:r>
        <w:t xml:space="preserve">Explain your financial or situational </w:t>
      </w:r>
      <w:r w:rsidR="00471176">
        <w:t>need</w:t>
      </w:r>
      <w:r>
        <w:t>:</w:t>
      </w:r>
    </w:p>
    <w:p w14:paraId="68E604C2" w14:textId="77777777" w:rsidR="005C77DC" w:rsidRDefault="005C77DC"/>
    <w:p w14:paraId="5B517020" w14:textId="77777777" w:rsidR="005C77DC" w:rsidRDefault="009B4845">
      <w:r>
        <w:lastRenderedPageBreak/>
        <w:t>Explain why other funding sources are not available or sufficient:</w:t>
      </w:r>
    </w:p>
    <w:p w14:paraId="5E4759CF" w14:textId="77777777" w:rsidR="005C77DC" w:rsidRDefault="005C77DC"/>
    <w:p w14:paraId="724D4066" w14:textId="77777777" w:rsidR="005C77DC" w:rsidRPr="00096186" w:rsidRDefault="009B4845">
      <w:pPr>
        <w:pStyle w:val="Heading2"/>
        <w:rPr>
          <w:color w:val="auto"/>
          <w:sz w:val="22"/>
          <w:szCs w:val="22"/>
        </w:rPr>
      </w:pPr>
      <w:r w:rsidRPr="00096186">
        <w:rPr>
          <w:color w:val="auto"/>
          <w:sz w:val="22"/>
          <w:szCs w:val="22"/>
        </w:rPr>
        <w:t>5. Expected Benefits</w:t>
      </w:r>
    </w:p>
    <w:p w14:paraId="18AC7FF8" w14:textId="77777777" w:rsidR="005C77DC" w:rsidRDefault="009B4845">
      <w:r>
        <w:t>How will this benefit you?</w:t>
      </w:r>
    </w:p>
    <w:p w14:paraId="2CB60AC3" w14:textId="77777777" w:rsidR="005C77DC" w:rsidRDefault="005C77DC"/>
    <w:p w14:paraId="5EC7A11F" w14:textId="77777777" w:rsidR="005C77DC" w:rsidRDefault="009B4845">
      <w:r>
        <w:t>How will this benefit the community?</w:t>
      </w:r>
    </w:p>
    <w:p w14:paraId="2B7D0AA3" w14:textId="77777777" w:rsidR="005C77DC" w:rsidRDefault="005C77DC"/>
    <w:p w14:paraId="770DEA06" w14:textId="77777777" w:rsidR="00096186" w:rsidRDefault="00096186">
      <w:pPr>
        <w:pStyle w:val="Heading2"/>
        <w:rPr>
          <w:color w:val="auto"/>
          <w:sz w:val="22"/>
          <w:szCs w:val="22"/>
        </w:rPr>
      </w:pPr>
    </w:p>
    <w:p w14:paraId="6BD7EE13" w14:textId="77777777" w:rsidR="005C77DC" w:rsidRPr="00096186" w:rsidRDefault="009B4845">
      <w:pPr>
        <w:pStyle w:val="Heading2"/>
        <w:rPr>
          <w:color w:val="auto"/>
          <w:sz w:val="22"/>
          <w:szCs w:val="22"/>
        </w:rPr>
      </w:pPr>
      <w:r w:rsidRPr="00096186">
        <w:rPr>
          <w:color w:val="auto"/>
          <w:sz w:val="22"/>
          <w:szCs w:val="22"/>
        </w:rPr>
        <w:t>6. Budget</w:t>
      </w:r>
    </w:p>
    <w:p w14:paraId="55D53F85" w14:textId="77777777" w:rsidR="005C77DC" w:rsidRDefault="009B4845">
      <w:r>
        <w:t>Total cost: $</w:t>
      </w:r>
    </w:p>
    <w:p w14:paraId="70F2AB74" w14:textId="77777777" w:rsidR="005C77DC" w:rsidRDefault="009B4845">
      <w:r>
        <w:t xml:space="preserve">Amount requested from </w:t>
      </w:r>
      <w:r w:rsidR="00B04AB6" w:rsidRPr="003A39DC">
        <w:t>The Rotary Club of Camb</w:t>
      </w:r>
      <w:r w:rsidR="008A6889" w:rsidRPr="003A39DC">
        <w:t>ridge</w:t>
      </w:r>
      <w:r w:rsidR="008A6889">
        <w:t xml:space="preserve"> </w:t>
      </w:r>
      <w:r>
        <w:t xml:space="preserve">(max $2,000): $ </w:t>
      </w:r>
    </w:p>
    <w:p w14:paraId="28A86EB0" w14:textId="77777777" w:rsidR="005C77DC" w:rsidRDefault="009B4845">
      <w:r>
        <w:t>Other funding sources (confirmed or pending):</w:t>
      </w:r>
    </w:p>
    <w:p w14:paraId="60AB1ED7" w14:textId="77777777" w:rsidR="005C77DC" w:rsidRDefault="005C77DC"/>
    <w:p w14:paraId="1FCB1432" w14:textId="77777777" w:rsidR="00200B1F" w:rsidRDefault="00200B1F"/>
    <w:p w14:paraId="4CD27FD4" w14:textId="77777777" w:rsidR="005C77DC" w:rsidRPr="00096186" w:rsidRDefault="009B4845">
      <w:pPr>
        <w:pStyle w:val="Heading2"/>
        <w:rPr>
          <w:color w:val="auto"/>
          <w:sz w:val="22"/>
          <w:szCs w:val="22"/>
        </w:rPr>
      </w:pPr>
      <w:r w:rsidRPr="00096186">
        <w:rPr>
          <w:color w:val="auto"/>
          <w:sz w:val="22"/>
          <w:szCs w:val="22"/>
        </w:rPr>
        <w:t>7. Supporting Information</w:t>
      </w:r>
    </w:p>
    <w:p w14:paraId="427ED4A9" w14:textId="77777777" w:rsidR="005C77DC" w:rsidRDefault="009B4845">
      <w:r>
        <w:t>Please attach:</w:t>
      </w:r>
    </w:p>
    <w:p w14:paraId="16B13FC6" w14:textId="77777777" w:rsidR="005C77DC" w:rsidRDefault="009B4845" w:rsidP="005E089F">
      <w:pPr>
        <w:pStyle w:val="ListParagraph"/>
        <w:numPr>
          <w:ilvl w:val="0"/>
          <w:numId w:val="12"/>
        </w:numPr>
      </w:pPr>
      <w:r>
        <w:t>Quotes</w:t>
      </w:r>
    </w:p>
    <w:p w14:paraId="28E84362" w14:textId="77777777" w:rsidR="005C77DC" w:rsidRDefault="009B4845" w:rsidP="005E089F">
      <w:pPr>
        <w:pStyle w:val="ListParagraph"/>
        <w:numPr>
          <w:ilvl w:val="0"/>
          <w:numId w:val="12"/>
        </w:numPr>
      </w:pPr>
      <w:r>
        <w:t>Programme details</w:t>
      </w:r>
    </w:p>
    <w:p w14:paraId="716DBFC5" w14:textId="77777777" w:rsidR="005C77DC" w:rsidRDefault="009B4845" w:rsidP="005E089F">
      <w:pPr>
        <w:pStyle w:val="ListParagraph"/>
        <w:numPr>
          <w:ilvl w:val="0"/>
          <w:numId w:val="12"/>
        </w:numPr>
      </w:pPr>
      <w:r>
        <w:t>Letters of support</w:t>
      </w:r>
    </w:p>
    <w:p w14:paraId="1A62D91C" w14:textId="77777777" w:rsidR="005C77DC" w:rsidRDefault="009B4845" w:rsidP="005E089F">
      <w:pPr>
        <w:pStyle w:val="ListParagraph"/>
        <w:numPr>
          <w:ilvl w:val="0"/>
          <w:numId w:val="12"/>
        </w:numPr>
      </w:pPr>
      <w:r>
        <w:t>Any other relevant documents</w:t>
      </w:r>
    </w:p>
    <w:p w14:paraId="5D2FDA44" w14:textId="77777777" w:rsidR="005C77DC" w:rsidRPr="00096186" w:rsidRDefault="009B4845">
      <w:pPr>
        <w:pStyle w:val="Heading2"/>
        <w:rPr>
          <w:color w:val="auto"/>
          <w:sz w:val="22"/>
          <w:szCs w:val="22"/>
        </w:rPr>
      </w:pPr>
      <w:r w:rsidRPr="00096186">
        <w:rPr>
          <w:color w:val="auto"/>
          <w:sz w:val="22"/>
          <w:szCs w:val="22"/>
        </w:rPr>
        <w:t>8. Declaration</w:t>
      </w:r>
    </w:p>
    <w:p w14:paraId="0FD54D67" w14:textId="77777777" w:rsidR="005C77DC" w:rsidRDefault="009B4845">
      <w:r>
        <w:t>I declare that the information provided is true and correct. If successful, I agree to use the funds only for the approved purpose and provide receipts and a short report to the Club.</w:t>
      </w:r>
    </w:p>
    <w:p w14:paraId="05073513" w14:textId="77777777" w:rsidR="005C77DC" w:rsidRDefault="009B4845">
      <w:r>
        <w:t xml:space="preserve">Signature: </w:t>
      </w:r>
    </w:p>
    <w:p w14:paraId="008BC66A" w14:textId="77777777" w:rsidR="005C77DC" w:rsidRDefault="009B4845">
      <w:r>
        <w:t xml:space="preserve">Date: </w:t>
      </w:r>
    </w:p>
    <w:sectPr w:rsidR="005C77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D22E3"/>
    <w:multiLevelType w:val="hybridMultilevel"/>
    <w:tmpl w:val="EFB21BE0"/>
    <w:lvl w:ilvl="0" w:tplc="D9CAC4FE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B3709"/>
    <w:multiLevelType w:val="hybridMultilevel"/>
    <w:tmpl w:val="9D9626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F210E"/>
    <w:multiLevelType w:val="hybridMultilevel"/>
    <w:tmpl w:val="A69AE81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780814">
    <w:abstractNumId w:val="8"/>
  </w:num>
  <w:num w:numId="2" w16cid:durableId="1749385105">
    <w:abstractNumId w:val="6"/>
  </w:num>
  <w:num w:numId="3" w16cid:durableId="586111178">
    <w:abstractNumId w:val="5"/>
  </w:num>
  <w:num w:numId="4" w16cid:durableId="145435091">
    <w:abstractNumId w:val="4"/>
  </w:num>
  <w:num w:numId="5" w16cid:durableId="739324479">
    <w:abstractNumId w:val="7"/>
  </w:num>
  <w:num w:numId="6" w16cid:durableId="1343824652">
    <w:abstractNumId w:val="3"/>
  </w:num>
  <w:num w:numId="7" w16cid:durableId="1273782419">
    <w:abstractNumId w:val="2"/>
  </w:num>
  <w:num w:numId="8" w16cid:durableId="736977105">
    <w:abstractNumId w:val="1"/>
  </w:num>
  <w:num w:numId="9" w16cid:durableId="1797068690">
    <w:abstractNumId w:val="0"/>
  </w:num>
  <w:num w:numId="10" w16cid:durableId="1995376478">
    <w:abstractNumId w:val="11"/>
  </w:num>
  <w:num w:numId="11" w16cid:durableId="1352604081">
    <w:abstractNumId w:val="9"/>
  </w:num>
  <w:num w:numId="12" w16cid:durableId="1330137544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attachedTemplate r:id="rId1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4BFA"/>
    <w:rsid w:val="00034616"/>
    <w:rsid w:val="0006063C"/>
    <w:rsid w:val="00096186"/>
    <w:rsid w:val="000A24B6"/>
    <w:rsid w:val="00114BFA"/>
    <w:rsid w:val="00116A43"/>
    <w:rsid w:val="0015074B"/>
    <w:rsid w:val="001A7083"/>
    <w:rsid w:val="00200B1F"/>
    <w:rsid w:val="0023113A"/>
    <w:rsid w:val="0029639D"/>
    <w:rsid w:val="00297BAE"/>
    <w:rsid w:val="002F78BE"/>
    <w:rsid w:val="00326F90"/>
    <w:rsid w:val="003A39DC"/>
    <w:rsid w:val="003D5E15"/>
    <w:rsid w:val="004478F1"/>
    <w:rsid w:val="0046279A"/>
    <w:rsid w:val="00471176"/>
    <w:rsid w:val="005C77DC"/>
    <w:rsid w:val="005E089F"/>
    <w:rsid w:val="006802B6"/>
    <w:rsid w:val="00690D0C"/>
    <w:rsid w:val="00702C05"/>
    <w:rsid w:val="008574B2"/>
    <w:rsid w:val="00874E0D"/>
    <w:rsid w:val="00893FD4"/>
    <w:rsid w:val="008A6889"/>
    <w:rsid w:val="008B41F3"/>
    <w:rsid w:val="008B448F"/>
    <w:rsid w:val="008C0B22"/>
    <w:rsid w:val="00956831"/>
    <w:rsid w:val="009B4845"/>
    <w:rsid w:val="00A17A03"/>
    <w:rsid w:val="00A34C74"/>
    <w:rsid w:val="00A86F20"/>
    <w:rsid w:val="00AA1D8D"/>
    <w:rsid w:val="00AB2DA2"/>
    <w:rsid w:val="00B04AB6"/>
    <w:rsid w:val="00B17AF2"/>
    <w:rsid w:val="00B47730"/>
    <w:rsid w:val="00CB0664"/>
    <w:rsid w:val="00CB6DD0"/>
    <w:rsid w:val="00D451C3"/>
    <w:rsid w:val="00F046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0400B8"/>
  <w14:defaultImageDpi w14:val="300"/>
  <w15:docId w15:val="{A27CB2BF-29E8-9A40-A73F-69CDD888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N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eastAsia="MS Gothic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eastAsia="MS Gothic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eastAsia="MS Gothic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eastAsia="MS Gothic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eastAsia="MS Gothic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eastAsia="MS Gothic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eastAsia="MS Gothic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eastAsia="MS Gothic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eastAsia="MS Gothic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rPr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FC693F"/>
    <w:rPr>
      <w:rFonts w:ascii="Calibri" w:eastAsia="MS Gothic" w:hAnsi="Calibri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eastAsia="MS Gothic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eastAsia="MS Gothic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MacroTextChar">
    <w:name w:val="Macro Text Char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C693F"/>
    <w:rPr>
      <w:i/>
      <w:iCs/>
      <w:color w:val="000000"/>
    </w:rPr>
  </w:style>
  <w:style w:type="character" w:customStyle="1" w:styleId="Heading4Char">
    <w:name w:val="Heading 4 Char"/>
    <w:link w:val="Heading4"/>
    <w:uiPriority w:val="9"/>
    <w:semiHidden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FC693F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qFormat/>
    <w:rsid w:val="00FC693F"/>
    <w:rPr>
      <w:b/>
      <w:bCs/>
    </w:rPr>
  </w:style>
  <w:style w:type="character" w:styleId="Emphasis">
    <w:name w:val="Emphasis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C693F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FC693F"/>
    <w:rPr>
      <w:i/>
      <w:iCs/>
      <w:color w:val="808080"/>
    </w:rPr>
  </w:style>
  <w:style w:type="character" w:styleId="IntenseEmphasis">
    <w:name w:val="Intense Emphasis"/>
    <w:uiPriority w:val="21"/>
    <w:qFormat/>
    <w:rsid w:val="00FC693F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FC693F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urfulShading">
    <w:name w:val="Colorful Shading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1">
    <w:name w:val="Colorful Shading Accent 1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2">
    <w:name w:val="Colorful Shading Accent 2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3">
    <w:name w:val="Colorful Shading Accent 3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urfulShadingAccent4">
    <w:name w:val="Colorful Shading Accent 4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5">
    <w:name w:val="Colorful Shading Accent 5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6">
    <w:name w:val="Colorful Shading Accent 6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List">
    <w:name w:val="Colorful List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urfulListAccent1">
    <w:name w:val="Colorful List Accent 1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urfulListAccent2">
    <w:name w:val="Colorful List Accent 2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urfulListAccent3">
    <w:name w:val="Colorful List Accent 3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urfulListAccent4">
    <w:name w:val="Colorful List Accent 4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urfulListAccent5">
    <w:name w:val="Colorful List Accent 5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urfulListAccent6">
    <w:name w:val="Colorful List Accent 6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urfulGrid">
    <w:name w:val="Colorful Grid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urfulGridAccent1">
    <w:name w:val="Colorful Grid Accent 1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urfulGridAccent2">
    <w:name w:val="Colorful Grid Accent 2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urfulGridAccent3">
    <w:name w:val="Colorful Grid Accent 3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urfulGridAccent4">
    <w:name w:val="Colorful Grid Accent 4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urfulGridAccent5">
    <w:name w:val="Colorful Grid Accent 5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urfulGridAccent6">
    <w:name w:val="Colorful Grid Accent 6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hntarbutt/Library/CloudStorage/Dropbox/ROTARY%20CAMBRIDGE%20CLUB%20%20&amp;%20BOARD/2025-26/general/Grants%20DocS%20JUN%202026/Individual%20Grant%20application%20form%2029%20June%20202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Individual Grant application form 29 June 2026.dot</Template>
  <TotalTime>1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INDIVIDUAL GRANT APPLICATION FORM</vt:lpstr>
      <vt:lpstr>    1. Applicant Details</vt:lpstr>
      <vt:lpstr>    2. Connection to Cambridge</vt:lpstr>
      <vt:lpstr>    3. Purpose of Grant</vt:lpstr>
      <vt:lpstr>    4. Demonstrated Need (Primary Consideration) </vt:lpstr>
      <vt:lpstr>    5. Expected Benefits</vt:lpstr>
      <vt:lpstr>    </vt:lpstr>
      <vt:lpstr>    6. Budget</vt:lpstr>
      <vt:lpstr>    7. Supporting Information</vt:lpstr>
      <vt:lpstr>    8. Declaration</vt:lpstr>
    </vt:vector>
  </TitlesOfParts>
  <Manager/>
  <Company/>
  <LinksUpToDate>false</LinksUpToDate>
  <CharactersWithSpaces>1135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Tarbutt</dc:creator>
  <cp:keywords/>
  <dc:description>generated by python-docx</dc:description>
  <cp:lastModifiedBy>John T</cp:lastModifiedBy>
  <cp:revision>3</cp:revision>
  <dcterms:created xsi:type="dcterms:W3CDTF">2026-06-29T04:58:00Z</dcterms:created>
  <dcterms:modified xsi:type="dcterms:W3CDTF">2026-06-29T04:59:00Z</dcterms:modified>
  <cp:category/>
</cp:coreProperties>
</file>